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מבוא להיסטוריה וימי הביניים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על מושגי יסוד בתקופת ימי הביניים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דמויות ותפקידים בחברה הפאודלית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אירועים היסטוריים לפי ציר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פאודליזם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אביר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אפיפיור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במנזר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קרקע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/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הדת הייתה מרכיב מרכזי בחברה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צמיתים היו קשורים לאדמה ולא היו חופשיים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תפקידו המרכזי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אבירים שירתו אדון תמורת קרקע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היה קשר הדוק בין שלטון לדת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פאודליזם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אביר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אפיפיור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מנזר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קיסר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(נלחם עבור אדון פאודלי)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(עבד על האדמה ללא חופש)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(חי במנזר והקדיש את חייו לדת)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(ראש הכנסייה הקתולית)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(שליט עליון של אימפריה)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תחילת תקופת ימי הביניים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התפתחות שיטת הפאודליזם באירופה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התחזקות כוחה של הכנסייה הקתולית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עליית קיסרים ושליטים חדשים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סוף תקופת ימי הביניים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שהאדון נתן קרקע לאביר תמורת שירות צבאי, והצמית עבד על האדמה עבור שניהם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להזכיר את מעמד האפיפיור, האמונה הדתית החזקה ותפקיד הנזירים והמנזרים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פאודליזם – שיטת שלטון מבוססת קרקע ונאמנות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צמית – איכר שעבד על אדמת האדון ללא חופש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אפיפיור – ראש הכנסייה הקתולית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להיעזר במשחקי החזרה באתר לפני מילוי הדף כהכנה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המושגים בעל פה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לקבוצות ולתרגל את חלק ההתאמה כתחרות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מבוא להיסטוריה וימי הביניים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המושגים המרכזיים של ימי הביניים: החברה הפאודלית, מעמדות שונים כמו אבירים וצמיתים, והקשר בין הכנסייה לשלטון.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השיטה המרכזית ששלטה בימי הביניים באירופה?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דמוקרטיה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פאודליזם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קומוניזם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רפובליקה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היה הלוחם הרכוב על סוס שנלחם עבור אדון?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נזיר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עבד על האדמה ולא היה חופשי לעזוב אותה?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אפיפיור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קיסר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עמד בראש הכנסייה הקתולית?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נזיר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אפיפיור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היכן חיו הנזירים ועבדו?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בטירה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במנזר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בשוק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בכפר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קיבל אביר מהאדון הפאודלי תמורת שירותו הצבאי?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כסף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קרקע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סוס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/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בימי הביניים הייתה לכנסייה השפעה רבה על חיי האנשים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צמיתים יכלו לעזוב את אדמת האדון מתי שרצו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האפיפיור היה ראש הכנסייה הקתולית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אבירים נלחמו ללא כל קשר לאדון פאודלי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קיסרים לעיתים הוכתרו בידי האפיפיור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שיטת השלטון בימי הביניים שבה קיבלו קרקע תמורת נאמנות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לוחם רכוב על סוס שנלחם עבור אדון פאודלי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איכר שעבד על אדמת האדון ולא היה חופשי לעזוב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ראש הכנסייה הקתולית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מקום מגורים ועבודה של נזירים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שליט עליון של אימפריה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אביר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ראש הכנסייה הקתולית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שליט עליון של אימפריה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נזיר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נלחם עבור אדון פאודלי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אפיפיור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חי במנזר והקדיש את חייו לדת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קיסר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עבד על האדמה ללא חופש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התחזקות כוחה של הכנסייה הקתולית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סוף תקופת ימי הביניים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עליית קיסרים ושליטים חדשים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תחילת תקופת ימי הביניים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התפתחות שיטת הפאודליזם באירופה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במילים שלכם את הקשר בין האדון הפאודלי, האביר והצמית בחברה הפאודלית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מדוע לכנסייה הייתה השפעה כה גדולה על חיי האנשים בימי הביניים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שיטת הפאודליזם?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היה הצמית ומה היה תפקידו?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עמד בראש הכנסייה הקתולית?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מבוא להיסטוריה וימי הביניים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